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זמן ומסע עליית יהודי אתיופיה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המסע של קהילת ביתא ישראל מאתיופיה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ציר הזמן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בצפון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התורה, הצומות והחגים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1973-1975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ברגל, במסע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יממה אחת (24-25 במאי)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 - מאות שנים בכפרים בצפון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מבצע משה היה ב-1984-1985 ומבצע שלמה ב-1991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הניסיון הראשון היה כבר ב-1862, במאה ה-19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בציר הזמן - שני השמות למבצע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המסע ארך שנים רבות וכלל קשיים רבים, מסוף שנות ה-70 עד 1985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השלב האחרון בציר הזמן - הסיגד נחגג כיום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(נובמבר 1984 - ינואר 1985)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(24-25 במאי 1991)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(2008)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(1862)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(1973-1975)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קהילת ביתא ישראל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ניסיון ראשון לצאת לירושלים (1862)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הכרה בזכות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המסע ברגל לסודן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מבצע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מבצע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חוק חג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בגוף ראשון על הקושי, המרחק, התקווה לירושלים - יש להעריך לפי מעורבות ושימוש בפרטים מהציר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חשוב לציין שימור זיכרון, הבנת שורשי הקהילה, כבוד למורשת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יזכירו אתיופיה, סודן, ישראל כתחנות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 היא מבצע שלמה (1991)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יציינו את חג הסיגד, עלייה להר ותפילה לעבר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את המפה האינטראקטיבית בכיתה לפני מילוי הדף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- כל קבוצה מציגה תחנה אחת מציר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לגשת בזהירות ורגישות לנושא הקשיים במסע, במיוחד אם יש בכיתה תלמידים ממוצא אתיופי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זמן ומסע עליית יהודי אתיופיה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נעקוב אחרי המסע הארוך של קהילת ביתא ישראל - מהכפרים בצפון אתיופיה, דרך מחנות הפליטים בסודן, ועד העלייה לישראל.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חיה קהילת ביתא ישראל לפני העלייה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בצפון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קהילת ביתא ישראל שמרה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התורה, הצומות והחגים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המאכלים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הייתה ההכרה הרשמית בזכות לעלות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1973-1975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הגיעו רבים מבני הקהילה לסודן?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ברגל, במסע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זמן ארך מבצע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יממה אחת (24-25 במאי)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נחקק חוק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קהילת ביתא ישראל חיה באתיופיה במשך מאות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 קדם למבצע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הניסיון הראשון לצאת לירושלים היה במאה ה-20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שבא נקרא גם מבצע יהושע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המסע ברגל לסודן היה קל ומהיר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חוגגים את הסיגד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שנה, בחג ה__________, עלתה הקהילה להר כדי להתפלל לעבר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שמה של התורה בשפת הקהילה באתיופיה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המסע ברגל היה מאתיופיה אל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מבצע __________ התקיים בנובמבר 1984 עד ינואר 1985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מבצע __________ התקיים ביממה אחת במאי 1991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בשנת __________ נחקק החוק הרשמי על חג הסיגד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מבצע משה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1862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מבצע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2008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חוק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1973-1975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ניסיון ראשון לצאת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24-25 במאי 1991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הכרה בזכות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נובמבר 1984 - ינואר 1985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חג הסיגד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ראשון לצאת לירושלים (1862)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הכרה בזכות לעלות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המסע ברגל לסודן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קהילת ביתא ישראל באתיופיה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חלק מהמסע ברגל לסודן. כתבו כמה משפטים על מה שאתם רואים ומרגישים בדרך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לזכור ולספר את סיפור המסע הזה גם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המקומות העיקריים במסלול המסע (אתיופיה, סודן, ישראל)?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מבצע עלייה התרחש ביממה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חגגה הקהילה מדי שנה באתיופיה לפני העלייה?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זמן ומסע עליית יהודי אתיופיה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