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זמן ומסע עליית יהודי אתיופיה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המסע של קהילת ביתא ישראל מאתיופיה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ציר הזמן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בצפון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התורה, הצומות והחגים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1973-1975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- מאות שנים בכפרים בצפון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מבצע משה היה ב-1984-1985 ומבצע שלמה ב-1991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הניסיון הראשון היה כבר ב-1862, במאה ה-19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(נובמבר 1984 - ינואר 1985)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(24-25 במאי 1991)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(2008)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(1862)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קהילת ביתא ישראל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ניסיון ראשון לצאת לירושלים (1862)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הכרה בזכות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המסע ברגל לסודן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בגוף ראשון על הקושי, המרחק, התקווה לירושלים - יש להעריך לפי מעורבות ושימוש בפרטים מהציר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יזכירו אתיופיה, סודן, ישראל כתחנות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מבצע שלמה (1991)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יציינו את חג הסיגד, עלייה להר ותפילה לעבר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את המפה האינטראקטיבית בכיתה לפני מילוי הדף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- כל קבוצה מציגה תחנה אחת מציר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לגשת בזהירות ורגישות לנושא הקשיים במסע, במיוחד אם יש בכיתה תלמידים ממוצא אתיופי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זמן ומסע עליית יהודי אתיופיה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נעקוב אחרי המסע הארוך של קהילת ביתא ישראל - מהכפרים בצפון אתיופיה, דרך מחנות הפליטים בסודן, ועד העלייה לישראל.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סיגד  ·  סודן  ·  אורית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חיה קהילת ביתא ישראל לפני העלייה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בצפון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קהילת ביתא ישראל שמרה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התורה, הצומות והחגים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המוזיקה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הייתה ההכרה הרשמית בזכות לעלות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1862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1973-1975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1985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קהילת ביתא ישראל חיה באתיופיה במשך מאות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משה קדם למבצע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הניסיון הראשון לצאת לירושלים היה במאה ה-20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שנה, בחג ה__________, עלתה הקהילה להר כדי להתפלל לעבר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שמה של התורה בשפת הקהילה באתיופיה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המסע ברגל היה מאתיופיה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מבצע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24-25 במאי 1991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מבצע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2008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חוק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1862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ניסיון ראשון לצאת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נובמבר 1984 - ינואר 1985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הכרה בזכות לעלות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קהילת ביתא ישראל באתיופיה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המסע ברגל לסודן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ניסיון ראשון לצאת לירושלים (1862)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חלק מהמסע ברגל לסודן. כתבו כמה משפטים על מה שאתם רואים ומרגישים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המקומות העיקריים במסלול המסע (אתיופיה, סודן, ישראל)?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מבצע עלייה התרחש ביממה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זמן ומסע עליית יהודי אתיופיה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